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sz w:val="22"/>
        </w:rPr>
        <w:t>Al Dirigente Scolastico</w:t>
        <w:br/>
        <w:t>IC Via De Gasperi – Seveso</w:t>
        <w:br/>
      </w:r>
      <w:r>
        <w:rPr>
          <w:b/>
          <w:sz w:val="24"/>
        </w:rPr>
        <w:t>Dott. Giuseppe Vella</w:t>
      </w:r>
    </w:p>
    <w:p/>
    <w:p>
      <w:pPr>
        <w:spacing w:after="280"/>
      </w:pPr>
      <w:r>
        <w:rPr>
          <w:b/>
          <w:sz w:val="22"/>
        </w:rPr>
        <w:t xml:space="preserve">OGGETTO: </w:t>
      </w:r>
      <w:r>
        <w:rPr>
          <w:b/>
          <w:sz w:val="22"/>
        </w:rPr>
        <w:t>Richiesta permesso per servizio seggio elettorale</w:t>
      </w:r>
    </w:p>
    <w:p>
      <w:r>
        <w:t>Il/La sottoscritto/a: _____________________________________________________</w:t>
        <w:br/>
      </w:r>
      <w:r>
        <w:t>Nato/a il ______/______/_________ a _________________________________________</w:t>
        <w:br/>
      </w:r>
      <w:r>
        <w:t>Residente a ________________________ in Via ____________________ n. ____ CAP ______</w:t>
        <w:br/>
      </w:r>
      <w:r>
        <w:t>in servizio presso codesta istituzione scolastica in qualità di: _______________________</w:t>
        <w:br/>
      </w:r>
      <w:r>
        <w:t>assunto/a a tempo [  ] indeterminato  [  ] determinato.</w:t>
        <w:br/>
        <w:br/>
      </w:r>
      <w:r>
        <w:rPr>
          <w:b/>
        </w:rPr>
        <w:t>CHIEDE</w:t>
        <w:br/>
      </w:r>
      <w:r>
        <w:t>di poter fruire di n. ______ giorni di riposo compensativo nelle seguenti giornate:</w:t>
        <w:br/>
      </w:r>
      <w:r>
        <w:t>dal ______/______/_________ al ______/______/_________</w:t>
        <w:br/>
      </w:r>
      <w:r>
        <w:t>poiché, in occasione delle consultazioni elettorali/referendarie del ______/______/_________, sarà componente della sezione elettorale n. ______ del Comune di ________________________ in qualità di:</w:t>
        <w:br/>
      </w:r>
      <w:r>
        <w:t>[  ] Presidente di seggio    [  ] Scrutatore    [  ] Segretario</w:t>
        <w:br/>
      </w:r>
      <w:r>
        <w:t>[  ] Rappresentante di lista / candidato / promotore referendum</w:t>
        <w:br/>
        <w:br/>
      </w:r>
      <w:r>
        <w:t>Il/La sottoscritto/a si impegna a produrre al suo rientro in servizio l’attestazione rilasciata dal Presidente di seggio comprovante l’esercizio delle funzioni e la durata delle operazioni.</w:t>
        <w:br/>
      </w:r>
    </w:p>
    <w:p>
      <w:pPr>
        <w:spacing w:before="320"/>
      </w:pPr>
      <w:r>
        <w:t>Seveso, ______/______/_________                      Firma: ________________________________</w:t>
      </w:r>
    </w:p>
    <w:p/>
    <w:p>
      <w:r>
        <w:rPr>
          <w:b/>
        </w:rPr>
        <w:t>VISTO</w:t>
      </w:r>
    </w:p>
    <w:p>
      <w:pPr>
        <w:spacing w:after="240"/>
      </w:pPr>
      <w:r>
        <w:rPr>
          <w:b/>
        </w:rPr>
        <w:t>[  ] SI AUTORIZZA      [  ] NON SI AUTORIZZA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216"/>
      </w:tblGrid>
      <w:tr>
        <w:tc>
          <w:tcPr>
            <w:tcW w:type="dxa" w:w="9360"/>
          </w:tcPr>
          <w:p>
            <w:r>
              <w:rPr>
                <w:b/>
              </w:rPr>
              <w:t>IL DIRIGENTE SCOLASTICO</w:t>
              <w:br/>
            </w:r>
            <w:r>
              <w:t>Dott. Giuseppe Vella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