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sz w:val="22"/>
        </w:rPr>
        <w:t>Al Dirigente Scolastico</w:t>
        <w:br/>
        <w:t>IC Via De Gasperi – Seveso</w:t>
        <w:br/>
      </w:r>
      <w:r>
        <w:rPr>
          <w:b/>
          <w:sz w:val="24"/>
        </w:rPr>
        <w:t>Dott. Giuseppe Vella</w:t>
      </w:r>
    </w:p>
    <w:p/>
    <w:p>
      <w:pPr>
        <w:spacing w:after="280"/>
      </w:pPr>
      <w:r>
        <w:rPr>
          <w:b/>
          <w:sz w:val="22"/>
        </w:rPr>
        <w:t xml:space="preserve">OGGETTO: </w:t>
      </w:r>
      <w:r>
        <w:rPr>
          <w:b/>
          <w:sz w:val="22"/>
        </w:rPr>
        <w:t>Richiesta di permesso breve personale A.T.A.</w:t>
      </w:r>
    </w:p>
    <w:p>
      <w:r>
        <w:t>Il/la sottoscritto/a: _____________________________________________________</w:t>
        <w:br/>
      </w:r>
      <w:r>
        <w:t>in servizio presso questo Istituto in qualità di: ___________________________________</w:t>
        <w:br/>
        <w:br/>
      </w:r>
      <w:r>
        <w:rPr>
          <w:b/>
        </w:rPr>
        <w:t>CHIEDE</w:t>
        <w:br/>
      </w:r>
      <w:r>
        <w:t>di poter usufruire di un permesso breve* il giorno __________________ dalle ore ____________ alle ore ____________.</w:t>
        <w:br/>
        <w:br/>
      </w:r>
      <w:r>
        <w:t>*) Fino ad un massimo di tre ore giornaliere.</w:t>
        <w:br/>
      </w:r>
    </w:p>
    <w:p>
      <w:pPr>
        <w:spacing w:before="400"/>
      </w:pPr>
      <w:r>
        <w:t>Seveso, lì ____________________                            Firma del richiedente: ________________________________</w:t>
      </w:r>
    </w:p>
    <w:p/>
    <w:p>
      <w:r>
        <w:rPr>
          <w:b/>
        </w:rPr>
        <w:t>VISTO</w:t>
      </w:r>
    </w:p>
    <w:p>
      <w:pPr>
        <w:spacing w:after="240"/>
      </w:pPr>
      <w:r>
        <w:rPr>
          <w:b/>
        </w:rPr>
        <w:t>[  ] SI CONCEDE      [  ] NON SI CONCEDE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608"/>
        <w:gridCol w:w="4608"/>
      </w:tblGrid>
      <w:tr>
        <w:tc>
          <w:tcPr>
            <w:tcW w:type="dxa" w:w="4680"/>
          </w:tcPr>
          <w:p>
            <w:r>
              <w:rPr>
                <w:b/>
              </w:rPr>
              <w:t>IL DIRIGENTE SCOLASTICO</w:t>
              <w:br/>
            </w:r>
            <w:r>
              <w:t>Dott. Giuseppe Vella</w:t>
            </w:r>
          </w:p>
        </w:tc>
        <w:tc>
          <w:tcPr>
            <w:tcW w:type="dxa" w:w="4680"/>
          </w:tcPr>
          <w:p>
            <w:r>
              <w:rPr>
                <w:b/>
              </w:rPr>
              <w:t>IL DIRETTORE S.G.A.</w:t>
              <w:br/>
            </w:r>
            <w:r>
              <w:t>Dott. Francesco Manfredonia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22222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