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b/>
        </w:rPr>
        <w:t>AL DIRIGENTE SCOLASTICO</w:t>
        <w:br/>
        <w:t>dell’I. C. DE GASPERI - SEVESO</w:t>
        <w:br/>
      </w:r>
    </w:p>
    <w:p>
      <w:pPr>
        <w:spacing w:after="240"/>
      </w:pPr>
      <w:r>
        <w:rPr>
          <w:b/>
          <w:sz w:val="22"/>
        </w:rPr>
        <w:t xml:space="preserve">Oggetto: DOMANDA CONGEDO DI PATERNITA’ OBBLIGATORIO </w:t>
      </w:r>
      <w:r>
        <w:rPr>
          <w:i/>
          <w:sz w:val="20"/>
        </w:rPr>
        <w:t>(ai sensi dell’artt. 2 e 27 bis D.Lgs 151/2001 così come modificato e integrato dal D.Lgs 105 del 30 giugno 2022 e ss.mm.ii.)</w:t>
      </w:r>
    </w:p>
    <w:p>
      <w:pPr>
        <w:spacing w:after="240"/>
      </w:pPr>
      <w:r>
        <w:t>Il sottoscritto _______________________________________________________________________</w:t>
        <w:br/>
        <w:t>- residente in __________________________ via __________________________________________,</w:t>
        <w:br/>
        <w:t>- in servizio presso questo istituto comprensivo:</w:t>
        <w:br/>
        <w:t>- in qualità di: [ ] Docente/Prof [ ] DSGA [ ] Assistente Amministrativo [ ] Collaboratore Scolastico</w:t>
        <w:br/>
        <w:t>- con contratto a TEMPO [ ] Indeterminato [ ] Determinato dal _____________ al ___________</w:t>
        <w:br/>
        <w:br/>
        <w:t>consapevole delle sanzioni penali, nel caso di dichiarazioni non veritiere e falsità negli atti, richiamate dall’articoli 75 e 76 del decreto del Presidente della Repubblica del 28 dicembre 2000, n. 445 e successive modifiche e integrazioni, sotto la propria responsabilità,</w:t>
        <w:br/>
      </w:r>
    </w:p>
    <w:p>
      <w:pPr>
        <w:spacing w:after="120"/>
      </w:pPr>
      <w:r>
        <w:rPr>
          <w:b/>
        </w:rPr>
        <w:t>CHIEDE</w:t>
      </w:r>
    </w:p>
    <w:p>
      <w:pPr>
        <w:spacing w:after="240"/>
      </w:pPr>
      <w:r>
        <w:t>di essere collocato in congedo di paternità obbligatorio *****</w:t>
        <w:br/>
        <w:t>per il/la proprio/a figlio/a: ____________________________________________________</w:t>
        <w:br/>
        <w:t>per i propri figli (in caso di parto plurimo): ________________________________________</w:t>
        <w:br/>
        <w:t>dal _________________ al ___________________</w:t>
        <w:br/>
        <w:t>dal _________________ al ___________________</w:t>
        <w:br/>
        <w:t>dal _________________ al ___________________</w:t>
        <w:br/>
      </w:r>
    </w:p>
    <w:p>
      <w:pPr>
        <w:spacing w:after="120"/>
      </w:pPr>
      <w:r>
        <w:rPr>
          <w:b/>
        </w:rPr>
        <w:t>DICHIARA</w:t>
      </w:r>
    </w:p>
    <w:p>
      <w:pPr>
        <w:spacing w:after="360"/>
      </w:pPr>
      <w:r>
        <w:t>che la data presunta del parto è il ____________________</w:t>
        <w:br/>
        <w:t>che la data effettiva di nascita è il ____________________</w:t>
        <w:br/>
        <w:br/>
        <w:t>Dichiaro di essere informato, ai sensi e per gli effetti di cui al Regolamento Europeo 2016/679, che i dati personali raccolti saranno trattati, anche con strumenti informatici, esclusivamente nell’ambito del procedimento per il quale la presente dichiarazione viene resa.</w:t>
        <w:br/>
      </w:r>
    </w:p>
    <w:p>
      <w:pPr>
        <w:spacing w:after="360"/>
      </w:pPr>
      <w:r>
        <w:t>Seveso, ___________________                                Firma ____________________________</w:t>
      </w:r>
    </w:p>
    <w:p>
      <w:pPr>
        <w:spacing w:after="360"/>
      </w:pPr>
      <w:r>
        <w:rPr>
          <w:i/>
          <w:sz w:val="17"/>
        </w:rPr>
        <w:t>***** Ai sensi dell'Art. 27 bis D.Lgs n. 151 del 2001, il padre lavoratore, dai due mesi precedenti la data presunta del parto ed entro i cinque mesi successivi, si astiene dal lavoro per un periodo di dieci giorni lavorativi, non frazionabili ad ore, da utilizzare anche in via non continuativa...</w:t>
      </w:r>
    </w:p>
    <w:p>
      <w:r>
        <w:rPr>
          <w:b/>
        </w:rPr>
        <w:t>Il Dirigente Scolastico</w:t>
        <w:br/>
      </w:r>
      <w:r>
        <w:rPr>
          <w:b/>
        </w:rPr>
        <w:t>Dott. Giuseppe Vella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