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</w:rPr>
        <w:t>AL DIRIGENTE SCOLASTICO</w:t>
        <w:br/>
        <w:t>I. C. S. “VIA DE GASPERI”</w:t>
        <w:br/>
        <w:t>SEVESO</w:t>
      </w:r>
    </w:p>
    <w:p>
      <w:pPr>
        <w:spacing w:after="280"/>
      </w:pPr>
      <w:r>
        <w:rPr>
          <w:b/>
        </w:rPr>
        <w:t xml:space="preserve">OGGETTO: </w:t>
      </w:r>
      <w:r>
        <w:rPr>
          <w:b/>
        </w:rPr>
        <w:t>domanda permessi per l’a.s. 2023/24</w:t>
        <w:br/>
        <w:t>(d.lgs 151/2001, art. 42; legge 104/1992, art. 33 comma 3; legge 53/2000, art. 19 e 20)</w:t>
      </w:r>
    </w:p>
    <w:p>
      <w:pPr>
        <w:spacing w:after="280"/>
      </w:pPr>
      <w:r>
        <w:t>il/la sottoscritto _______________________________, nato/a il _______________</w:t>
        <w:br/>
        <w:t>A __________________________, residente in _____________________________</w:t>
        <w:br/>
        <w:t>Via ____________________________________, n _____, cap _______ prov. ____ ,</w:t>
        <w:br/>
        <w:t>assunto/a a tempo indeterminato in qualità di doc./ata. _____________________</w:t>
        <w:br/>
        <w:t>In servizio presso_______i.c.s. di “via de gasperi” – seveso (mb)________</w:t>
      </w:r>
    </w:p>
    <w:p>
      <w:pPr>
        <w:spacing w:after="280"/>
        <w:jc w:val="center"/>
      </w:pPr>
      <w:r>
        <w:rPr>
          <w:b/>
        </w:rPr>
        <w:t>C H I E D E</w:t>
      </w:r>
    </w:p>
    <w:p>
      <w:pPr>
        <w:spacing w:after="400"/>
      </w:pPr>
      <w:r>
        <w:t>Di beneficiare dei permessi previsti dalla legge 104/92 art. 33 e successive modifiche, riconosciuta invalida, come da certificazione rilasciata dal competente collegio medico legale dell’asl, che si allega.</w:t>
      </w:r>
    </w:p>
    <w:p>
      <w:pPr>
        <w:spacing w:after="400"/>
      </w:pPr>
      <w:r>
        <w:t>Seveso ________________                                               il/la dichiarante</w:t>
        <w:br/>
        <w:t xml:space="preserve">                                                                       ____________________________</w:t>
      </w:r>
    </w:p>
    <w:p>
      <w:pPr>
        <w:spacing w:after="280"/>
      </w:pPr>
      <w:r>
        <w:rPr>
          <w:b/>
        </w:rPr>
        <w:t>Documentazione allegata:</w:t>
        <w:br/>
      </w:r>
      <w:r>
        <w:t>Copia commissione medica rilasciato da</w:t>
        <w:br/>
        <w:t>__________________ ________________________________________________________</w:t>
      </w:r>
    </w:p>
    <w:p>
      <w:pPr>
        <w:spacing w:after="400"/>
      </w:pPr>
      <w:r>
        <w:t>Ai sensi dell’art. 38 (l-r) del t.u. delle disposizioni legislative e regolamentari in materia di documentazione amministrativa – d.p.r. 28/12/2000, n. 445, atteso che la sig. ________________________________ preventivamente ammonita sulle responsabilità penali in cui può andare incontro in caso di dichiarazione mendace (artt. 72 ® e 76 (l) del t.u. delle disposizioni legislative e regolamentari in materia di documentazione amministrativa – d.p.r. 28/12/2000 n. 445) ha reso e sottoscritto in mia presenza la sua dichiarazione.</w:t>
      </w:r>
    </w:p>
    <w:p>
      <w:pPr>
        <w:spacing w:after="280"/>
      </w:pPr>
      <w:r>
        <w:rPr>
          <w:b w:val="0"/>
        </w:rPr>
        <w:t>Seveso, _______________</w:t>
        <w:br/>
      </w:r>
      <w:r>
        <w:rPr>
          <w:b/>
        </w:rPr>
        <w:t>IL DIRIGENTE SCOLASTICO</w:t>
        <w:br/>
        <w:t>DOTT. GIUSEPPE VELLA</w:t>
        <w:br/>
      </w:r>
    </w:p>
    <w:p>
      <w:r>
        <w:rPr>
          <w:b/>
        </w:rPr>
        <w:t>VISTA L’ISTANZA DI CUI SOPRA E LA DOCUMENTAZIONE ALLEGATA, SI AUTORIZZA/NON SI AUTORIZZA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