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right"/>
      </w:pPr>
      <w:r>
        <w:rPr>
          <w:b/>
          <w:sz w:val="20"/>
        </w:rPr>
        <w:t>AL DIRIGENTE SCOLASTICO IC VIA DE GASPERI - SEVESO</w:t>
        <w:br/>
        <w:t>DOTT. GIUSEPPE VELLA</w:t>
      </w:r>
    </w:p>
    <w:p>
      <w:pPr>
        <w:spacing w:after="240"/>
        <w:jc w:val="center"/>
      </w:pPr>
      <w:r>
        <w:rPr>
          <w:b/>
          <w:sz w:val="24"/>
        </w:rPr>
        <w:t>OGGETTO: PERMESSO SINDACALE RSU</w:t>
      </w:r>
    </w:p>
    <w:p>
      <w:pPr>
        <w:spacing w:after="120"/>
      </w:pPr>
      <w:r>
        <w:rPr>
          <w:b w:val="0"/>
          <w:sz w:val="22"/>
        </w:rPr>
        <w:t>Il sottoscritto ____________________, componente della RSU dell’Istituto, avvalendosi della possibilità prevista dall’art. 10 del CCNQ del 4.12, comunica che intende usufruire di un permesso sindacale per il giorno _______________ dalle ore __________ alle ore __________.</w:t>
      </w:r>
    </w:p>
    <w:p>
      <w:pPr>
        <w:spacing w:after="120"/>
      </w:pPr>
      <w:r>
        <w:rPr>
          <w:b w:val="0"/>
          <w:sz w:val="22"/>
        </w:rPr>
        <w:br/>
        <w:t>Distinti saluti.</w:t>
        <w:br/>
        <w:t>Data: ____________________</w:t>
        <w:tab/>
        <w:tab/>
        <w:t>FIRMA: ____________________</w:t>
      </w:r>
    </w:p>
    <w:p>
      <w:pPr>
        <w:spacing w:after="120"/>
      </w:pPr>
      <w:r>
        <w:rPr>
          <w:b/>
          <w:sz w:val="22"/>
        </w:rPr>
        <w:br/>
        <w:t>Visto: IL DIRIGENTE SCOLASTICO DOTT. GIUSEPPE VELLA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