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240"/>
        <w:jc w:val="right"/>
      </w:pPr>
      <w:r>
        <w:rPr>
          <w:b/>
          <w:sz w:val="20"/>
        </w:rPr>
        <w:t>Al Dirigente Scolastico IC Via De Gasperi – Seveso</w:t>
        <w:br/>
        <w:t>Dott. Giuseppe Vella</w:t>
      </w:r>
    </w:p>
    <w:p>
      <w:pPr>
        <w:spacing w:after="240"/>
        <w:jc w:val="center"/>
      </w:pPr>
      <w:r>
        <w:rPr>
          <w:b/>
          <w:sz w:val="24"/>
        </w:rPr>
        <w:t>OGGETTO: Ferie / Festività Soppresse (estive)</w:t>
      </w:r>
    </w:p>
    <w:p>
      <w:pPr>
        <w:spacing w:after="120"/>
      </w:pPr>
      <w:r>
        <w:rPr>
          <w:b w:val="0"/>
          <w:sz w:val="22"/>
        </w:rPr>
        <w:t>Il/la sottoscritto/a ____________________ in servizio presso questo istituto in qualità di:</w:t>
        <w:br/>
        <w:t>[  ] docente secondaria 1° grado</w:t>
        <w:br/>
        <w:t>[  ] docente scuola primaria</w:t>
        <w:br/>
        <w:t>[  ] docente scuola dell’infanzia</w:t>
      </w:r>
    </w:p>
    <w:p>
      <w:pPr>
        <w:spacing w:after="240"/>
        <w:jc w:val="center"/>
      </w:pPr>
      <w:r>
        <w:rPr>
          <w:b/>
          <w:sz w:val="24"/>
        </w:rPr>
        <w:t>CHIEDE</w:t>
      </w:r>
    </w:p>
    <w:p>
      <w:pPr>
        <w:spacing w:after="120"/>
      </w:pPr>
      <w:r>
        <w:rPr>
          <w:b w:val="0"/>
          <w:sz w:val="22"/>
        </w:rPr>
        <w:t>Gg. _____ di festività soppresse relative all’anno scolastico ____/____</w:t>
        <w:br/>
        <w:t>Gg. _____ di ferie relative all’anno scolastico ____/____</w:t>
        <w:br/>
        <w:t>dal _______________ al _______________</w:t>
      </w:r>
    </w:p>
    <w:p>
      <w:pPr>
        <w:spacing w:after="120"/>
      </w:pPr>
      <w:r>
        <w:rPr>
          <w:b w:val="0"/>
          <w:sz w:val="22"/>
        </w:rPr>
        <w:t>Dichiara che nel suddetto periodo l’interessata/o sarà reperibile al seguente indirizzo or telefono: ________________________________________</w:t>
      </w:r>
    </w:p>
    <w:p>
      <w:pPr>
        <w:spacing w:after="120"/>
      </w:pPr>
      <w:r>
        <w:rPr>
          <w:b w:val="0"/>
          <w:sz w:val="22"/>
        </w:rPr>
        <w:br/>
        <w:t>Seveso, ____________________</w:t>
        <w:tab/>
        <w:tab/>
        <w:t>Firma: ____________________</w:t>
      </w:r>
    </w:p>
    <w:p>
      <w:pPr>
        <w:spacing w:after="120"/>
      </w:pPr>
      <w:r>
        <w:rPr>
          <w:b/>
          <w:sz w:val="22"/>
        </w:rPr>
        <w:br/>
        <w:t>Si accoglie la richiesta sopra specificata e si concedono i giorni richiesti.</w:t>
        <w:br/>
        <w:t>Il Dirigente Scolastico Dott. Giuseppe Vella</w:t>
      </w:r>
    </w:p>
    <w:sectPr w:rsidR="00FC693F" w:rsidRPr="0006063C" w:rsidSect="0003461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