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right"/>
      </w:pPr>
      <w:r>
        <w:rPr>
          <w:b/>
          <w:sz w:val="20"/>
        </w:rPr>
        <w:t>Al Dirigente Scolastico Dell’Istituto Comprensivo IC Via De Gasperi</w:t>
        <w:br/>
        <w:t>Dott. Giuseppe Vella</w:t>
      </w:r>
    </w:p>
    <w:p>
      <w:pPr>
        <w:spacing w:after="240"/>
        <w:jc w:val="center"/>
      </w:pPr>
      <w:r>
        <w:rPr>
          <w:b/>
          <w:sz w:val="24"/>
        </w:rPr>
        <w:t>RICHIESTA DI FRUIZIONE CONGEDO DI PATERNITÀ OBBLIGATORIO</w:t>
        <w:br/>
        <w:t>(ai sensi dell’art. 27-bis del D.Lgs. n. 151/2001, aggiunto dal D.Lgs. n. 105/2022)</w:t>
      </w:r>
    </w:p>
    <w:p>
      <w:pPr>
        <w:spacing w:after="120"/>
      </w:pPr>
      <w:r>
        <w:rPr>
          <w:b w:val="0"/>
          <w:sz w:val="22"/>
        </w:rPr>
        <w:t>Il sottoscritto ____________________ in servizio presso ____________________ in qualità di ____________________ con contratto a tempo indeterminato/determinato ai sensi di quanto consentito dalla normativa vigente chiede di essere collocato in congedo di paternità obbligatorio, in quanto padre, del bambino/a ____________________ nato/a ____________________ provincia _____ il _______________ nel/nei seguente/i periodo/i o nel/nei seguente/i giorno/i:</w:t>
      </w:r>
    </w:p>
    <w:p>
      <w:pPr>
        <w:spacing w:after="120"/>
      </w:pPr>
      <w:r>
        <w:rPr>
          <w:b w:val="0"/>
          <w:sz w:val="22"/>
        </w:rPr>
        <w:t>dal _______________ al _______________ dal _______________ al _______________ nel limite massimo previsto dalla norma di 10 giorni (elevabile a 20 in caso di parto plurimo).</w:t>
      </w:r>
    </w:p>
    <w:p>
      <w:pPr>
        <w:spacing w:after="120"/>
      </w:pPr>
      <w:r>
        <w:rPr>
          <w:b w:val="0"/>
          <w:sz w:val="22"/>
        </w:rPr>
        <w:t>dichiara di trovare nella seguente relazione con la gestante:</w:t>
        <w:br/>
        <w:t>[  ] Coniuge    [  ] Convivente di fatto</w:t>
      </w:r>
    </w:p>
    <w:p>
      <w:pPr>
        <w:spacing w:after="120"/>
      </w:pPr>
      <w:r>
        <w:rPr>
          <w:b w:val="0"/>
          <w:sz w:val="22"/>
        </w:rPr>
        <w:t>Allegati obbligatori:</w:t>
        <w:br/>
        <w:t>- certificazione medica attestante la data presunta del parto</w:t>
        <w:br/>
        <w:t>- certificato di nascita</w:t>
      </w:r>
    </w:p>
    <w:p>
      <w:pPr>
        <w:spacing w:after="120"/>
      </w:pPr>
      <w:r>
        <w:rPr>
          <w:b w:val="0"/>
          <w:sz w:val="22"/>
        </w:rPr>
        <w:br/>
        <w:t>Luogo e data: ____________________</w:t>
        <w:tab/>
        <w:tab/>
        <w:t>Firma: ____________________</w:t>
      </w:r>
    </w:p>
    <w:p>
      <w:pPr>
        <w:spacing w:after="120"/>
      </w:pPr>
      <w:r>
        <w:rPr>
          <w:b/>
          <w:sz w:val="22"/>
        </w:rPr>
        <w:br/>
        <w:t>VISTO: la domanda si autorizza</w:t>
        <w:br/>
        <w:t>IL DIRIGENTE SCOLASTICO Dott. Giuseppe Vella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