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IC Via De Gasperi – Seveso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OGGETTO: Richiesta di aspettativa non retribuita</w:t>
      </w:r>
    </w:p>
    <w:p>
      <w:pPr>
        <w:spacing w:after="120"/>
      </w:pPr>
      <w:r>
        <w:rPr>
          <w:b w:val="0"/>
          <w:sz w:val="22"/>
        </w:rPr>
        <w:t>Il/la sottoscritto/a ____________________ nato/a a ____________________ il _______________ residente a ____________________ in via ____________________ in servizio presso questo Istituto in qualità di:</w:t>
        <w:br/>
        <w:t>[  ] Docente</w:t>
        <w:br/>
        <w:t>[  ] ATA</w:t>
      </w:r>
    </w:p>
    <w:p>
      <w:pPr>
        <w:spacing w:after="240"/>
        <w:jc w:val="center"/>
      </w:pPr>
      <w:r>
        <w:rPr>
          <w:b/>
          <w:sz w:val="24"/>
        </w:rPr>
        <w:t>CHIEDE</w:t>
      </w:r>
    </w:p>
    <w:p>
      <w:pPr>
        <w:spacing w:after="120"/>
      </w:pPr>
      <w:r>
        <w:rPr>
          <w:b w:val="0"/>
          <w:sz w:val="22"/>
        </w:rPr>
        <w:t>ai sensi degli artt. 47 e 70 (ex artt. 36 e 59) CCNL vigente, di poter usufruire di un periodo di aspettativa senza retribuzione dal _______________ al _______________ per il seguente motivo: ________________________________________.</w:t>
      </w:r>
    </w:p>
    <w:p>
      <w:pPr>
        <w:spacing w:after="120"/>
      </w:pPr>
      <w:r>
        <w:rPr>
          <w:b w:val="0"/>
          <w:sz w:val="22"/>
        </w:rPr>
        <w:br/>
        <w:t>Distinti saluti.</w:t>
        <w:br/>
        <w:t>SEVESO,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Visto: SI CONCEDE / NON SI CONCEDE</w:t>
        <w:br/>
        <w:t>Il Dirigente Scolastico 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