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360"/>
      </w:pPr>
      <w:r>
        <w:rPr>
          <w:rFonts w:ascii="Calibri" w:hAnsi="Calibri"/>
          <w:sz w:val="22"/>
        </w:rPr>
        <w:t>Al Dirigente Scolastico</w:t>
        <w:br/>
        <w:t>IC Via De Gasperi – Seveso</w:t>
        <w:br/>
      </w:r>
      <w:r>
        <w:rPr>
          <w:rFonts w:ascii="Calibri" w:hAnsi="Calibri"/>
          <w:b/>
          <w:sz w:val="22"/>
        </w:rPr>
        <w:t>Dott. Giuseppe Vella</w:t>
      </w:r>
    </w:p>
    <w:p>
      <w:pPr>
        <w:spacing w:after="240"/>
      </w:pPr>
      <w:r>
        <w:rPr>
          <w:b/>
          <w:sz w:val="24"/>
        </w:rPr>
        <w:t>Oggetto: Congedo parentale entro i primi 12 anni di vita del bambino</w:t>
      </w:r>
    </w:p>
    <w:p>
      <w:pPr>
        <w:spacing w:after="240"/>
      </w:pPr>
      <w:r>
        <w:t>La sottoscritta ______________________________ nato/a a _____________ Il _____________ in servizio presso codesta Scuola in qualità di ____________________</w:t>
        <w:br/>
        <w:t>Essendo madre del bambino ___________________________ nato/a il ____________________</w:t>
        <w:br/>
        <w:br/>
        <w:t>Comunico che intendo assentarmi dal lavoro per congedo parentale, ai sensi dell’art. 32 del D lgs n. 151 del 26/03/01, per il periodo dal ___________ al ____________ (totale gg. _______ )</w:t>
        <w:br/>
        <w:br/>
        <w:t>A tal fine, consapevole delle sanzioni penali richiamate dall’art. 76 del D.P.R. 445/2000 e s.m.i. in caso di dichiarazioni mendaci e della decadenza dei benefici eventualmente conseguiti al provvedimento emanato sulla base di dichiarazioni non veritiere, di cui all’art. 75 del richiamato decreto,</w:t>
        <w:br/>
        <w:br/>
        <w:t>dichiaro:</w:t>
        <w:br/>
        <w:t>Che l’altro genitore _______________________________ nato a ______________________ Il __________________</w:t>
        <w:br/>
        <w:t>☐ non è lavoratore dipendente;</w:t>
        <w:br/>
        <w:t>☐ è lavoratore dipendente da _____________________________________________________________</w:t>
        <w:br/>
      </w:r>
    </w:p>
    <w:p>
      <w:pPr>
        <w:spacing w:after="120"/>
      </w:pPr>
      <w:r>
        <w:rPr>
          <w:b/>
        </w:rPr>
        <w:t>Che quindi il congedo parentale fino ad oggi fruito da entrambi noi genitori è relativo ai seguenti periodi: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234"/>
        <w:gridCol w:w="1234"/>
        <w:gridCol w:w="1234"/>
        <w:gridCol w:w="1234"/>
        <w:gridCol w:w="1234"/>
        <w:gridCol w:w="1234"/>
        <w:gridCol w:w="1234"/>
      </w:tblGrid>
      <w:tr>
        <w:tc>
          <w:tcPr>
            <w:tcW w:type="dxa" w:w="2592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r>
              <w:rPr>
                <w:b/>
                <w:sz w:val="18"/>
              </w:rPr>
              <w:t>Genitore (Padre o Madre)</w:t>
            </w:r>
          </w:p>
        </w:tc>
        <w:tc>
          <w:tcPr>
            <w:tcW w:type="dxa" w:w="1296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r>
              <w:rPr>
                <w:b/>
                <w:sz w:val="18"/>
              </w:rPr>
              <w:t>Dal</w:t>
            </w:r>
          </w:p>
        </w:tc>
        <w:tc>
          <w:tcPr>
            <w:tcW w:type="dxa" w:w="1296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r>
              <w:rPr>
                <w:b/>
                <w:sz w:val="18"/>
              </w:rPr>
              <w:t>Al</w:t>
            </w:r>
          </w:p>
        </w:tc>
        <w:tc>
          <w:tcPr>
            <w:tcW w:type="dxa" w:w="1152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r>
              <w:rPr>
                <w:b/>
                <w:sz w:val="18"/>
              </w:rPr>
              <w:t>Totale Mesi</w:t>
            </w:r>
          </w:p>
        </w:tc>
        <w:tc>
          <w:tcPr>
            <w:tcW w:type="dxa" w:w="1152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r>
              <w:rPr>
                <w:b/>
                <w:sz w:val="18"/>
              </w:rPr>
              <w:t>Totale Giorni</w:t>
            </w:r>
          </w:p>
        </w:tc>
        <w:tc>
          <w:tcPr>
            <w:tcW w:type="dxa" w:w="1152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r>
              <w:rPr>
                <w:b/>
                <w:sz w:val="18"/>
              </w:rPr>
              <w:t>Padre Mesi/GG</w:t>
            </w:r>
          </w:p>
        </w:tc>
        <w:tc>
          <w:tcPr>
            <w:tcW w:type="dxa" w:w="1152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r>
              <w:rPr>
                <w:b/>
                <w:sz w:val="18"/>
              </w:rPr>
              <w:t>Madre Mesi/GG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100" w:type="dxa"/>
              <w:right w:w="100" w:type="dxa"/>
            </w:tcMar>
          </w:tcPr>
          <w:p/>
        </w:tc>
        <w:tc>
          <w:tcPr>
            <w:tcW w:type="dxa" w:w="1296"/>
            <w:tcMar>
              <w:top w:w="60" w:type="dxa"/>
              <w:bottom w:w="60" w:type="dxa"/>
              <w:left w:w="100" w:type="dxa"/>
              <w:right w:w="100" w:type="dxa"/>
            </w:tcMar>
          </w:tcPr>
          <w:p/>
        </w:tc>
        <w:tc>
          <w:tcPr>
            <w:tcW w:type="dxa" w:w="1296"/>
            <w:tcMar>
              <w:top w:w="60" w:type="dxa"/>
              <w:bottom w:w="60" w:type="dxa"/>
              <w:left w:w="100" w:type="dxa"/>
              <w:right w:w="100" w:type="dxa"/>
            </w:tcMar>
          </w:tcPr>
          <w:p/>
        </w:tc>
        <w:tc>
          <w:tcPr>
            <w:tcW w:type="dxa" w:w="1152"/>
            <w:tcMar>
              <w:top w:w="60" w:type="dxa"/>
              <w:bottom w:w="60" w:type="dxa"/>
              <w:left w:w="100" w:type="dxa"/>
              <w:right w:w="100" w:type="dxa"/>
            </w:tcMar>
          </w:tcPr>
          <w:p/>
        </w:tc>
        <w:tc>
          <w:tcPr>
            <w:tcW w:type="dxa" w:w="1152"/>
            <w:tcMar>
              <w:top w:w="60" w:type="dxa"/>
              <w:bottom w:w="60" w:type="dxa"/>
              <w:left w:w="100" w:type="dxa"/>
              <w:right w:w="100" w:type="dxa"/>
            </w:tcMar>
          </w:tcPr>
          <w:p/>
        </w:tc>
        <w:tc>
          <w:tcPr>
            <w:tcW w:type="dxa" w:w="1152"/>
            <w:tcMar>
              <w:top w:w="60" w:type="dxa"/>
              <w:bottom w:w="60" w:type="dxa"/>
              <w:left w:w="100" w:type="dxa"/>
              <w:right w:w="100" w:type="dxa"/>
            </w:tcMar>
          </w:tcPr>
          <w:p/>
        </w:tc>
        <w:tc>
          <w:tcPr>
            <w:tcW w:type="dxa" w:w="1152"/>
            <w:tcMar>
              <w:top w:w="60" w:type="dxa"/>
              <w:bottom w:w="60" w:type="dxa"/>
              <w:left w:w="100" w:type="dxa"/>
              <w:right w:w="100" w:type="dxa"/>
            </w:tcMar>
          </w:tcPr>
          <w:p/>
        </w:tc>
      </w:tr>
      <w:tr>
        <w:tc>
          <w:tcPr>
            <w:tcW w:type="dxa" w:w="2592"/>
            <w:tcMar>
              <w:top w:w="60" w:type="dxa"/>
              <w:bottom w:w="60" w:type="dxa"/>
              <w:left w:w="100" w:type="dxa"/>
              <w:right w:w="100" w:type="dxa"/>
            </w:tcMar>
          </w:tcPr>
          <w:p/>
        </w:tc>
        <w:tc>
          <w:tcPr>
            <w:tcW w:type="dxa" w:w="1296"/>
            <w:tcMar>
              <w:top w:w="60" w:type="dxa"/>
              <w:bottom w:w="60" w:type="dxa"/>
              <w:left w:w="100" w:type="dxa"/>
              <w:right w:w="100" w:type="dxa"/>
            </w:tcMar>
          </w:tcPr>
          <w:p/>
        </w:tc>
        <w:tc>
          <w:tcPr>
            <w:tcW w:type="dxa" w:w="1296"/>
            <w:tcMar>
              <w:top w:w="60" w:type="dxa"/>
              <w:bottom w:w="60" w:type="dxa"/>
              <w:left w:w="100" w:type="dxa"/>
              <w:right w:w="100" w:type="dxa"/>
            </w:tcMar>
          </w:tcPr>
          <w:p/>
        </w:tc>
        <w:tc>
          <w:tcPr>
            <w:tcW w:type="dxa" w:w="1152"/>
            <w:tcMar>
              <w:top w:w="60" w:type="dxa"/>
              <w:bottom w:w="60" w:type="dxa"/>
              <w:left w:w="100" w:type="dxa"/>
              <w:right w:w="100" w:type="dxa"/>
            </w:tcMar>
          </w:tcPr>
          <w:p/>
        </w:tc>
        <w:tc>
          <w:tcPr>
            <w:tcW w:type="dxa" w:w="1152"/>
            <w:tcMar>
              <w:top w:w="60" w:type="dxa"/>
              <w:bottom w:w="60" w:type="dxa"/>
              <w:left w:w="100" w:type="dxa"/>
              <w:right w:w="100" w:type="dxa"/>
            </w:tcMar>
          </w:tcPr>
          <w:p/>
        </w:tc>
        <w:tc>
          <w:tcPr>
            <w:tcW w:type="dxa" w:w="1152"/>
            <w:tcMar>
              <w:top w:w="60" w:type="dxa"/>
              <w:bottom w:w="60" w:type="dxa"/>
              <w:left w:w="100" w:type="dxa"/>
              <w:right w:w="100" w:type="dxa"/>
            </w:tcMar>
          </w:tcPr>
          <w:p/>
        </w:tc>
        <w:tc>
          <w:tcPr>
            <w:tcW w:type="dxa" w:w="1152"/>
            <w:tcMar>
              <w:top w:w="60" w:type="dxa"/>
              <w:bottom w:w="60" w:type="dxa"/>
              <w:left w:w="100" w:type="dxa"/>
              <w:right w:w="100" w:type="dxa"/>
            </w:tcMar>
          </w:tcPr>
          <w:p/>
        </w:tc>
      </w:tr>
      <w:tr>
        <w:tc>
          <w:tcPr>
            <w:tcW w:type="dxa" w:w="2592"/>
            <w:tcMar>
              <w:top w:w="60" w:type="dxa"/>
              <w:bottom w:w="60" w:type="dxa"/>
              <w:left w:w="100" w:type="dxa"/>
              <w:right w:w="100" w:type="dxa"/>
            </w:tcMar>
          </w:tcPr>
          <w:p/>
        </w:tc>
        <w:tc>
          <w:tcPr>
            <w:tcW w:type="dxa" w:w="1296"/>
            <w:tcMar>
              <w:top w:w="60" w:type="dxa"/>
              <w:bottom w:w="60" w:type="dxa"/>
              <w:left w:w="100" w:type="dxa"/>
              <w:right w:w="100" w:type="dxa"/>
            </w:tcMar>
          </w:tcPr>
          <w:p/>
        </w:tc>
        <w:tc>
          <w:tcPr>
            <w:tcW w:type="dxa" w:w="1296"/>
            <w:tcMar>
              <w:top w:w="60" w:type="dxa"/>
              <w:bottom w:w="60" w:type="dxa"/>
              <w:left w:w="100" w:type="dxa"/>
              <w:right w:w="100" w:type="dxa"/>
            </w:tcMar>
          </w:tcPr>
          <w:p/>
        </w:tc>
        <w:tc>
          <w:tcPr>
            <w:tcW w:type="dxa" w:w="1152"/>
            <w:tcMar>
              <w:top w:w="60" w:type="dxa"/>
              <w:bottom w:w="60" w:type="dxa"/>
              <w:left w:w="100" w:type="dxa"/>
              <w:right w:w="100" w:type="dxa"/>
            </w:tcMar>
          </w:tcPr>
          <w:p/>
        </w:tc>
        <w:tc>
          <w:tcPr>
            <w:tcW w:type="dxa" w:w="1152"/>
            <w:tcMar>
              <w:top w:w="60" w:type="dxa"/>
              <w:bottom w:w="60" w:type="dxa"/>
              <w:left w:w="100" w:type="dxa"/>
              <w:right w:w="100" w:type="dxa"/>
            </w:tcMar>
          </w:tcPr>
          <w:p/>
        </w:tc>
        <w:tc>
          <w:tcPr>
            <w:tcW w:type="dxa" w:w="1152"/>
            <w:tcMar>
              <w:top w:w="60" w:type="dxa"/>
              <w:bottom w:w="60" w:type="dxa"/>
              <w:left w:w="100" w:type="dxa"/>
              <w:right w:w="100" w:type="dxa"/>
            </w:tcMar>
          </w:tcPr>
          <w:p/>
        </w:tc>
        <w:tc>
          <w:tcPr>
            <w:tcW w:type="dxa" w:w="1152"/>
            <w:tcMar>
              <w:top w:w="60" w:type="dxa"/>
              <w:bottom w:w="60" w:type="dxa"/>
              <w:left w:w="100" w:type="dxa"/>
              <w:right w:w="100" w:type="dxa"/>
            </w:tcMar>
          </w:tcPr>
          <w:p/>
        </w:tc>
      </w:tr>
      <w:tr>
        <w:tc>
          <w:tcPr>
            <w:tcW w:type="dxa" w:w="2592"/>
            <w:tcMar>
              <w:top w:w="60" w:type="dxa"/>
              <w:bottom w:w="60" w:type="dxa"/>
              <w:left w:w="100" w:type="dxa"/>
              <w:right w:w="100" w:type="dxa"/>
            </w:tcMar>
          </w:tcPr>
          <w:p/>
        </w:tc>
        <w:tc>
          <w:tcPr>
            <w:tcW w:type="dxa" w:w="1296"/>
            <w:tcMar>
              <w:top w:w="60" w:type="dxa"/>
              <w:bottom w:w="60" w:type="dxa"/>
              <w:left w:w="100" w:type="dxa"/>
              <w:right w:w="100" w:type="dxa"/>
            </w:tcMar>
          </w:tcPr>
          <w:p/>
        </w:tc>
        <w:tc>
          <w:tcPr>
            <w:tcW w:type="dxa" w:w="1296"/>
            <w:tcMar>
              <w:top w:w="60" w:type="dxa"/>
              <w:bottom w:w="60" w:type="dxa"/>
              <w:left w:w="100" w:type="dxa"/>
              <w:right w:w="100" w:type="dxa"/>
            </w:tcMar>
          </w:tcPr>
          <w:p/>
        </w:tc>
        <w:tc>
          <w:tcPr>
            <w:tcW w:type="dxa" w:w="1152"/>
            <w:tcMar>
              <w:top w:w="60" w:type="dxa"/>
              <w:bottom w:w="60" w:type="dxa"/>
              <w:left w:w="100" w:type="dxa"/>
              <w:right w:w="100" w:type="dxa"/>
            </w:tcMar>
          </w:tcPr>
          <w:p/>
        </w:tc>
        <w:tc>
          <w:tcPr>
            <w:tcW w:type="dxa" w:w="1152"/>
            <w:tcMar>
              <w:top w:w="60" w:type="dxa"/>
              <w:bottom w:w="60" w:type="dxa"/>
              <w:left w:w="100" w:type="dxa"/>
              <w:right w:w="100" w:type="dxa"/>
            </w:tcMar>
          </w:tcPr>
          <w:p/>
        </w:tc>
        <w:tc>
          <w:tcPr>
            <w:tcW w:type="dxa" w:w="1152"/>
            <w:tcMar>
              <w:top w:w="60" w:type="dxa"/>
              <w:bottom w:w="60" w:type="dxa"/>
              <w:left w:w="100" w:type="dxa"/>
              <w:right w:w="100" w:type="dxa"/>
            </w:tcMar>
          </w:tcPr>
          <w:p/>
        </w:tc>
        <w:tc>
          <w:tcPr>
            <w:tcW w:type="dxa" w:w="1152"/>
            <w:tcMar>
              <w:top w:w="60" w:type="dxa"/>
              <w:bottom w:w="60" w:type="dxa"/>
              <w:left w:w="100" w:type="dxa"/>
              <w:right w:w="100" w:type="dxa"/>
            </w:tcMar>
          </w:tcPr>
          <w:p/>
        </w:tc>
      </w:tr>
      <w:tr>
        <w:tc>
          <w:tcPr>
            <w:tcW w:type="dxa" w:w="2592"/>
            <w:tcMar>
              <w:top w:w="60" w:type="dxa"/>
              <w:bottom w:w="60" w:type="dxa"/>
              <w:left w:w="100" w:type="dxa"/>
              <w:right w:w="100" w:type="dxa"/>
            </w:tcMar>
          </w:tcPr>
          <w:p/>
        </w:tc>
        <w:tc>
          <w:tcPr>
            <w:tcW w:type="dxa" w:w="1296"/>
            <w:tcMar>
              <w:top w:w="60" w:type="dxa"/>
              <w:bottom w:w="60" w:type="dxa"/>
              <w:left w:w="100" w:type="dxa"/>
              <w:right w:w="100" w:type="dxa"/>
            </w:tcMar>
          </w:tcPr>
          <w:p/>
        </w:tc>
        <w:tc>
          <w:tcPr>
            <w:tcW w:type="dxa" w:w="1296"/>
            <w:tcMar>
              <w:top w:w="60" w:type="dxa"/>
              <w:bottom w:w="60" w:type="dxa"/>
              <w:left w:w="100" w:type="dxa"/>
              <w:right w:w="100" w:type="dxa"/>
            </w:tcMar>
          </w:tcPr>
          <w:p/>
        </w:tc>
        <w:tc>
          <w:tcPr>
            <w:tcW w:type="dxa" w:w="1152"/>
            <w:tcMar>
              <w:top w:w="60" w:type="dxa"/>
              <w:bottom w:w="60" w:type="dxa"/>
              <w:left w:w="100" w:type="dxa"/>
              <w:right w:w="100" w:type="dxa"/>
            </w:tcMar>
          </w:tcPr>
          <w:p/>
        </w:tc>
        <w:tc>
          <w:tcPr>
            <w:tcW w:type="dxa" w:w="1152"/>
            <w:tcMar>
              <w:top w:w="60" w:type="dxa"/>
              <w:bottom w:w="60" w:type="dxa"/>
              <w:left w:w="100" w:type="dxa"/>
              <w:right w:w="100" w:type="dxa"/>
            </w:tcMar>
          </w:tcPr>
          <w:p/>
        </w:tc>
        <w:tc>
          <w:tcPr>
            <w:tcW w:type="dxa" w:w="1152"/>
            <w:tcMar>
              <w:top w:w="60" w:type="dxa"/>
              <w:bottom w:w="60" w:type="dxa"/>
              <w:left w:w="100" w:type="dxa"/>
              <w:right w:w="100" w:type="dxa"/>
            </w:tcMar>
          </w:tcPr>
          <w:p/>
        </w:tc>
        <w:tc>
          <w:tcPr>
            <w:tcW w:type="dxa" w:w="1152"/>
            <w:tcMar>
              <w:top w:w="60" w:type="dxa"/>
              <w:bottom w:w="60" w:type="dxa"/>
              <w:left w:w="100" w:type="dxa"/>
              <w:right w:w="100" w:type="dxa"/>
            </w:tcMar>
          </w:tcPr>
          <w:p/>
        </w:tc>
      </w:tr>
      <w:tr>
        <w:tc>
          <w:tcPr>
            <w:tcW w:type="dxa" w:w="2592"/>
            <w:tcMar>
              <w:top w:w="60" w:type="dxa"/>
              <w:bottom w:w="60" w:type="dxa"/>
              <w:left w:w="100" w:type="dxa"/>
              <w:right w:w="100" w:type="dxa"/>
            </w:tcMar>
          </w:tcPr>
          <w:p/>
        </w:tc>
        <w:tc>
          <w:tcPr>
            <w:tcW w:type="dxa" w:w="1296"/>
            <w:tcMar>
              <w:top w:w="60" w:type="dxa"/>
              <w:bottom w:w="60" w:type="dxa"/>
              <w:left w:w="100" w:type="dxa"/>
              <w:right w:w="100" w:type="dxa"/>
            </w:tcMar>
          </w:tcPr>
          <w:p/>
        </w:tc>
        <w:tc>
          <w:tcPr>
            <w:tcW w:type="dxa" w:w="1296"/>
            <w:tcMar>
              <w:top w:w="60" w:type="dxa"/>
              <w:bottom w:w="60" w:type="dxa"/>
              <w:left w:w="100" w:type="dxa"/>
              <w:right w:w="100" w:type="dxa"/>
            </w:tcMar>
          </w:tcPr>
          <w:p/>
        </w:tc>
        <w:tc>
          <w:tcPr>
            <w:tcW w:type="dxa" w:w="1152"/>
            <w:tcMar>
              <w:top w:w="60" w:type="dxa"/>
              <w:bottom w:w="60" w:type="dxa"/>
              <w:left w:w="100" w:type="dxa"/>
              <w:right w:w="100" w:type="dxa"/>
            </w:tcMar>
          </w:tcPr>
          <w:p/>
        </w:tc>
        <w:tc>
          <w:tcPr>
            <w:tcW w:type="dxa" w:w="1152"/>
            <w:tcMar>
              <w:top w:w="60" w:type="dxa"/>
              <w:bottom w:w="60" w:type="dxa"/>
              <w:left w:w="100" w:type="dxa"/>
              <w:right w:w="100" w:type="dxa"/>
            </w:tcMar>
          </w:tcPr>
          <w:p/>
        </w:tc>
        <w:tc>
          <w:tcPr>
            <w:tcW w:type="dxa" w:w="1152"/>
            <w:tcMar>
              <w:top w:w="60" w:type="dxa"/>
              <w:bottom w:w="60" w:type="dxa"/>
              <w:left w:w="100" w:type="dxa"/>
              <w:right w:w="100" w:type="dxa"/>
            </w:tcMar>
          </w:tcPr>
          <w:p/>
        </w:tc>
        <w:tc>
          <w:tcPr>
            <w:tcW w:type="dxa" w:w="1152"/>
            <w:tcMar>
              <w:top w:w="60" w:type="dxa"/>
              <w:bottom w:w="60" w:type="dxa"/>
              <w:left w:w="100" w:type="dxa"/>
              <w:right w:w="100" w:type="dxa"/>
            </w:tcMar>
          </w:tcPr>
          <w:p/>
        </w:tc>
      </w:tr>
      <w:tr>
        <w:tc>
          <w:tcPr>
            <w:tcW w:type="dxa" w:w="2592"/>
            <w:tcMar>
              <w:top w:w="60" w:type="dxa"/>
              <w:bottom w:w="60" w:type="dxa"/>
              <w:left w:w="100" w:type="dxa"/>
              <w:right w:w="100" w:type="dxa"/>
            </w:tcMar>
          </w:tcPr>
          <w:p/>
        </w:tc>
        <w:tc>
          <w:tcPr>
            <w:tcW w:type="dxa" w:w="1296"/>
            <w:tcMar>
              <w:top w:w="60" w:type="dxa"/>
              <w:bottom w:w="60" w:type="dxa"/>
              <w:left w:w="100" w:type="dxa"/>
              <w:right w:w="100" w:type="dxa"/>
            </w:tcMar>
          </w:tcPr>
          <w:p/>
        </w:tc>
        <w:tc>
          <w:tcPr>
            <w:tcW w:type="dxa" w:w="1296"/>
            <w:tcMar>
              <w:top w:w="60" w:type="dxa"/>
              <w:bottom w:w="60" w:type="dxa"/>
              <w:left w:w="100" w:type="dxa"/>
              <w:right w:w="100" w:type="dxa"/>
            </w:tcMar>
          </w:tcPr>
          <w:p/>
        </w:tc>
        <w:tc>
          <w:tcPr>
            <w:tcW w:type="dxa" w:w="1152"/>
            <w:tcMar>
              <w:top w:w="60" w:type="dxa"/>
              <w:bottom w:w="60" w:type="dxa"/>
              <w:left w:w="100" w:type="dxa"/>
              <w:right w:w="100" w:type="dxa"/>
            </w:tcMar>
          </w:tcPr>
          <w:p/>
        </w:tc>
        <w:tc>
          <w:tcPr>
            <w:tcW w:type="dxa" w:w="1152"/>
            <w:tcMar>
              <w:top w:w="60" w:type="dxa"/>
              <w:bottom w:w="60" w:type="dxa"/>
              <w:left w:w="100" w:type="dxa"/>
              <w:right w:w="100" w:type="dxa"/>
            </w:tcMar>
          </w:tcPr>
          <w:p/>
        </w:tc>
        <w:tc>
          <w:tcPr>
            <w:tcW w:type="dxa" w:w="1152"/>
            <w:tcMar>
              <w:top w:w="60" w:type="dxa"/>
              <w:bottom w:w="60" w:type="dxa"/>
              <w:left w:w="100" w:type="dxa"/>
              <w:right w:w="100" w:type="dxa"/>
            </w:tcMar>
          </w:tcPr>
          <w:p/>
        </w:tc>
        <w:tc>
          <w:tcPr>
            <w:tcW w:type="dxa" w:w="1152"/>
            <w:tcMar>
              <w:top w:w="60" w:type="dxa"/>
              <w:bottom w:w="60" w:type="dxa"/>
              <w:left w:w="100" w:type="dxa"/>
              <w:right w:w="100" w:type="dxa"/>
            </w:tcMar>
          </w:tcPr>
          <w:p/>
        </w:tc>
      </w:tr>
      <w:tr>
        <w:tc>
          <w:tcPr>
            <w:tcW w:type="dxa" w:w="2592"/>
            <w:tcMar>
              <w:top w:w="60" w:type="dxa"/>
              <w:bottom w:w="60" w:type="dxa"/>
              <w:left w:w="100" w:type="dxa"/>
              <w:right w:w="100" w:type="dxa"/>
            </w:tcMar>
          </w:tcPr>
          <w:p/>
        </w:tc>
        <w:tc>
          <w:tcPr>
            <w:tcW w:type="dxa" w:w="1296"/>
            <w:tcMar>
              <w:top w:w="60" w:type="dxa"/>
              <w:bottom w:w="60" w:type="dxa"/>
              <w:left w:w="100" w:type="dxa"/>
              <w:right w:w="100" w:type="dxa"/>
            </w:tcMar>
          </w:tcPr>
          <w:p/>
        </w:tc>
        <w:tc>
          <w:tcPr>
            <w:tcW w:type="dxa" w:w="1296"/>
            <w:tcMar>
              <w:top w:w="60" w:type="dxa"/>
              <w:bottom w:w="60" w:type="dxa"/>
              <w:left w:w="100" w:type="dxa"/>
              <w:right w:w="100" w:type="dxa"/>
            </w:tcMar>
          </w:tcPr>
          <w:p/>
        </w:tc>
        <w:tc>
          <w:tcPr>
            <w:tcW w:type="dxa" w:w="1152"/>
            <w:tcMar>
              <w:top w:w="60" w:type="dxa"/>
              <w:bottom w:w="60" w:type="dxa"/>
              <w:left w:w="100" w:type="dxa"/>
              <w:right w:w="100" w:type="dxa"/>
            </w:tcMar>
          </w:tcPr>
          <w:p/>
        </w:tc>
        <w:tc>
          <w:tcPr>
            <w:tcW w:type="dxa" w:w="1152"/>
            <w:tcMar>
              <w:top w:w="60" w:type="dxa"/>
              <w:bottom w:w="60" w:type="dxa"/>
              <w:left w:w="100" w:type="dxa"/>
              <w:right w:w="100" w:type="dxa"/>
            </w:tcMar>
          </w:tcPr>
          <w:p/>
        </w:tc>
        <w:tc>
          <w:tcPr>
            <w:tcW w:type="dxa" w:w="1152"/>
            <w:tcMar>
              <w:top w:w="60" w:type="dxa"/>
              <w:bottom w:w="60" w:type="dxa"/>
              <w:left w:w="100" w:type="dxa"/>
              <w:right w:w="100" w:type="dxa"/>
            </w:tcMar>
          </w:tcPr>
          <w:p/>
        </w:tc>
        <w:tc>
          <w:tcPr>
            <w:tcW w:type="dxa" w:w="1152"/>
            <w:tcMar>
              <w:top w:w="60" w:type="dxa"/>
              <w:bottom w:w="60" w:type="dxa"/>
              <w:left w:w="100" w:type="dxa"/>
              <w:right w:w="100" w:type="dxa"/>
            </w:tcMar>
          </w:tcPr>
          <w:p/>
        </w:tc>
      </w:tr>
      <w:tr>
        <w:tc>
          <w:tcPr>
            <w:tcW w:type="dxa" w:w="2592"/>
            <w:tcMar>
              <w:top w:w="60" w:type="dxa"/>
              <w:bottom w:w="60" w:type="dxa"/>
              <w:left w:w="100" w:type="dxa"/>
              <w:right w:w="100" w:type="dxa"/>
            </w:tcMar>
          </w:tcPr>
          <w:p/>
        </w:tc>
        <w:tc>
          <w:tcPr>
            <w:tcW w:type="dxa" w:w="1296"/>
            <w:tcMar>
              <w:top w:w="60" w:type="dxa"/>
              <w:bottom w:w="60" w:type="dxa"/>
              <w:left w:w="100" w:type="dxa"/>
              <w:right w:w="100" w:type="dxa"/>
            </w:tcMar>
          </w:tcPr>
          <w:p/>
        </w:tc>
        <w:tc>
          <w:tcPr>
            <w:tcW w:type="dxa" w:w="1296"/>
            <w:tcMar>
              <w:top w:w="60" w:type="dxa"/>
              <w:bottom w:w="60" w:type="dxa"/>
              <w:left w:w="100" w:type="dxa"/>
              <w:right w:w="100" w:type="dxa"/>
            </w:tcMar>
          </w:tcPr>
          <w:p/>
        </w:tc>
        <w:tc>
          <w:tcPr>
            <w:tcW w:type="dxa" w:w="1152"/>
            <w:tcMar>
              <w:top w:w="60" w:type="dxa"/>
              <w:bottom w:w="60" w:type="dxa"/>
              <w:left w:w="100" w:type="dxa"/>
              <w:right w:w="100" w:type="dxa"/>
            </w:tcMar>
          </w:tcPr>
          <w:p/>
        </w:tc>
        <w:tc>
          <w:tcPr>
            <w:tcW w:type="dxa" w:w="1152"/>
            <w:tcMar>
              <w:top w:w="60" w:type="dxa"/>
              <w:bottom w:w="60" w:type="dxa"/>
              <w:left w:w="100" w:type="dxa"/>
              <w:right w:w="100" w:type="dxa"/>
            </w:tcMar>
          </w:tcPr>
          <w:p/>
        </w:tc>
        <w:tc>
          <w:tcPr>
            <w:tcW w:type="dxa" w:w="1152"/>
            <w:tcMar>
              <w:top w:w="60" w:type="dxa"/>
              <w:bottom w:w="60" w:type="dxa"/>
              <w:left w:w="100" w:type="dxa"/>
              <w:right w:w="100" w:type="dxa"/>
            </w:tcMar>
          </w:tcPr>
          <w:p/>
        </w:tc>
        <w:tc>
          <w:tcPr>
            <w:tcW w:type="dxa" w:w="1152"/>
            <w:tcMar>
              <w:top w:w="60" w:type="dxa"/>
              <w:bottom w:w="60" w:type="dxa"/>
              <w:left w:w="100" w:type="dxa"/>
              <w:right w:w="100" w:type="dxa"/>
            </w:tcMar>
          </w:tcPr>
          <w:p/>
        </w:tc>
      </w:tr>
      <w:tr>
        <w:tc>
          <w:tcPr>
            <w:tcW w:type="dxa" w:w="2592"/>
            <w:tcMar>
              <w:top w:w="60" w:type="dxa"/>
              <w:bottom w:w="60" w:type="dxa"/>
              <w:left w:w="100" w:type="dxa"/>
              <w:right w:w="100" w:type="dxa"/>
            </w:tcMar>
          </w:tcPr>
          <w:p/>
        </w:tc>
        <w:tc>
          <w:tcPr>
            <w:tcW w:type="dxa" w:w="1296"/>
            <w:tcMar>
              <w:top w:w="60" w:type="dxa"/>
              <w:bottom w:w="60" w:type="dxa"/>
              <w:left w:w="100" w:type="dxa"/>
              <w:right w:w="100" w:type="dxa"/>
            </w:tcMar>
          </w:tcPr>
          <w:p/>
        </w:tc>
        <w:tc>
          <w:tcPr>
            <w:tcW w:type="dxa" w:w="1296"/>
            <w:tcMar>
              <w:top w:w="60" w:type="dxa"/>
              <w:bottom w:w="60" w:type="dxa"/>
              <w:left w:w="100" w:type="dxa"/>
              <w:right w:w="100" w:type="dxa"/>
            </w:tcMar>
          </w:tcPr>
          <w:p/>
        </w:tc>
        <w:tc>
          <w:tcPr>
            <w:tcW w:type="dxa" w:w="1152"/>
            <w:tcMar>
              <w:top w:w="60" w:type="dxa"/>
              <w:bottom w:w="60" w:type="dxa"/>
              <w:left w:w="100" w:type="dxa"/>
              <w:right w:w="100" w:type="dxa"/>
            </w:tcMar>
          </w:tcPr>
          <w:p/>
        </w:tc>
        <w:tc>
          <w:tcPr>
            <w:tcW w:type="dxa" w:w="1152"/>
            <w:tcMar>
              <w:top w:w="60" w:type="dxa"/>
              <w:bottom w:w="60" w:type="dxa"/>
              <w:left w:w="100" w:type="dxa"/>
              <w:right w:w="100" w:type="dxa"/>
            </w:tcMar>
          </w:tcPr>
          <w:p/>
        </w:tc>
        <w:tc>
          <w:tcPr>
            <w:tcW w:type="dxa" w:w="1152"/>
            <w:tcMar>
              <w:top w:w="60" w:type="dxa"/>
              <w:bottom w:w="60" w:type="dxa"/>
              <w:left w:w="100" w:type="dxa"/>
              <w:right w:w="100" w:type="dxa"/>
            </w:tcMar>
          </w:tcPr>
          <w:p/>
        </w:tc>
        <w:tc>
          <w:tcPr>
            <w:tcW w:type="dxa" w:w="1152"/>
            <w:tcMar>
              <w:top w:w="60" w:type="dxa"/>
              <w:bottom w:w="60" w:type="dxa"/>
              <w:left w:w="100" w:type="dxa"/>
              <w:right w:w="100" w:type="dxa"/>
            </w:tcMar>
          </w:tcPr>
          <w:p/>
        </w:tc>
      </w:tr>
      <w:tr>
        <w:tc>
          <w:tcPr>
            <w:tcW w:type="dxa" w:w="2592"/>
            <w:tcMar>
              <w:top w:w="60" w:type="dxa"/>
              <w:bottom w:w="60" w:type="dxa"/>
              <w:left w:w="100" w:type="dxa"/>
              <w:right w:w="100" w:type="dxa"/>
            </w:tcMar>
          </w:tcPr>
          <w:p/>
        </w:tc>
        <w:tc>
          <w:tcPr>
            <w:tcW w:type="dxa" w:w="1296"/>
            <w:tcMar>
              <w:top w:w="60" w:type="dxa"/>
              <w:bottom w:w="60" w:type="dxa"/>
              <w:left w:w="100" w:type="dxa"/>
              <w:right w:w="100" w:type="dxa"/>
            </w:tcMar>
          </w:tcPr>
          <w:p/>
        </w:tc>
        <w:tc>
          <w:tcPr>
            <w:tcW w:type="dxa" w:w="1296"/>
            <w:tcMar>
              <w:top w:w="60" w:type="dxa"/>
              <w:bottom w:w="60" w:type="dxa"/>
              <w:left w:w="100" w:type="dxa"/>
              <w:right w:w="100" w:type="dxa"/>
            </w:tcMar>
          </w:tcPr>
          <w:p/>
        </w:tc>
        <w:tc>
          <w:tcPr>
            <w:tcW w:type="dxa" w:w="1152"/>
            <w:tcMar>
              <w:top w:w="60" w:type="dxa"/>
              <w:bottom w:w="60" w:type="dxa"/>
              <w:left w:w="100" w:type="dxa"/>
              <w:right w:w="100" w:type="dxa"/>
            </w:tcMar>
          </w:tcPr>
          <w:p/>
        </w:tc>
        <w:tc>
          <w:tcPr>
            <w:tcW w:type="dxa" w:w="1152"/>
            <w:tcMar>
              <w:top w:w="60" w:type="dxa"/>
              <w:bottom w:w="60" w:type="dxa"/>
              <w:left w:w="100" w:type="dxa"/>
              <w:right w:w="100" w:type="dxa"/>
            </w:tcMar>
          </w:tcPr>
          <w:p/>
        </w:tc>
        <w:tc>
          <w:tcPr>
            <w:tcW w:type="dxa" w:w="1152"/>
            <w:tcMar>
              <w:top w:w="60" w:type="dxa"/>
              <w:bottom w:w="60" w:type="dxa"/>
              <w:left w:w="100" w:type="dxa"/>
              <w:right w:w="100" w:type="dxa"/>
            </w:tcMar>
          </w:tcPr>
          <w:p/>
        </w:tc>
        <w:tc>
          <w:tcPr>
            <w:tcW w:type="dxa" w:w="1152"/>
            <w:tcMar>
              <w:top w:w="60" w:type="dxa"/>
              <w:bottom w:w="60" w:type="dxa"/>
              <w:left w:w="100" w:type="dxa"/>
              <w:right w:w="100" w:type="dxa"/>
            </w:tcMar>
          </w:tcPr>
          <w:p/>
        </w:tc>
      </w:tr>
    </w:tbl>
    <w:p>
      <w:pPr>
        <w:spacing w:before="120" w:after="80"/>
      </w:pPr>
      <w:r>
        <w:t>TOTALE PERIODI FRUITI DAL PADRE: Mesi _____ Giorni _____</w:t>
      </w:r>
    </w:p>
    <w:p>
      <w:pPr>
        <w:spacing w:after="360"/>
      </w:pPr>
      <w:r>
        <w:t>TOTALE PERIODI FRUITI DALLA MADRE: Mesi _____ Giorni _____</w:t>
      </w:r>
    </w:p>
    <w:p>
      <w:r>
        <w:t>Data _________________                                            Firma ___________________________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