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rPr>
          <w:rFonts w:ascii="Calibri" w:hAnsi="Calibri"/>
          <w:sz w:val="22"/>
        </w:rPr>
        <w:t>Al Dirigente Scolastico</w:t>
        <w:br/>
        <w:t>IC Via De Gasperi – Seveso</w:t>
        <w:br/>
      </w:r>
      <w:r>
        <w:rPr>
          <w:rFonts w:ascii="Calibri" w:hAnsi="Calibri"/>
          <w:b/>
          <w:sz w:val="22"/>
        </w:rPr>
        <w:t>Dott. Giuseppe Vella</w:t>
      </w:r>
    </w:p>
    <w:p>
      <w:pPr>
        <w:spacing w:after="240"/>
      </w:pPr>
      <w:r>
        <w:rPr>
          <w:b/>
          <w:sz w:val="24"/>
        </w:rPr>
        <w:t>Oggetto: Richiesta congedo per puerperio</w:t>
        <w:br/>
      </w:r>
      <w:r>
        <w:rPr>
          <w:b/>
          <w:sz w:val="20"/>
        </w:rPr>
        <w:t>(art. 16 del Decreto L. vo 26-03-2001 n. 151 modificato ed integrato dal decreto L. vo 23/04/2003 n. 115).</w:t>
      </w:r>
    </w:p>
    <w:p>
      <w:pPr>
        <w:spacing w:after="240"/>
      </w:pPr>
      <w:r>
        <w:t>La sottoscritta _______________________________________________________________ nata a __________________ prov. ______________ il ________________________ e residente a_________________________________in Via _________________________________________ n. ____, in qualità di ______________________________________ con contratto a tempo ________________________, trovandosi nelle condizioni previste dall’art. 16 del Decreto L.vo 26-03-2001 n. 151 modificato ed integrato dal Decreto L.vo 23-04-2003 n. 115,</w:t>
        <w:br/>
        <w:t>Vista la nascita del figlio __________________________________ avvenuta in data ___________</w:t>
        <w:br/>
      </w:r>
    </w:p>
    <w:p>
      <w:pPr>
        <w:spacing w:after="120"/>
      </w:pPr>
      <w:r>
        <w:rPr>
          <w:b/>
        </w:rPr>
        <w:t>CHIEDE</w:t>
      </w:r>
    </w:p>
    <w:p>
      <w:pPr>
        <w:spacing w:after="360"/>
      </w:pPr>
      <w:r>
        <w:t>di essere collocata in congedo per puerperio (tre mesi dopo il parto) dal________________al ______________________;</w:t>
        <w:br/>
        <w:t>giorni non goduti prima del parto avvenuto in data anticipata rispetto a quella presunta dal _____________________ al _______________________ per complessivi gg. _________ (lettera D art. 16 D.L.vo 23/04/2003 n. 115);</w:t>
        <w:br/>
        <w:br/>
        <w:t>Allega: Certificato di nascita o dichiarazione sostitutiva ai sensi dell’art. 46 del D.P.R. 28/12/2000 n. 445.</w:t>
        <w:br/>
      </w:r>
    </w:p>
    <w:p>
      <w:r>
        <w:t>______________, _______________                    FIRMA 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