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rFonts w:ascii="Calibri" w:hAnsi="Calibri"/>
          <w:sz w:val="22"/>
        </w:rPr>
        <w:t>Al Dirigente Scolastico</w:t>
        <w:br/>
        <w:t>IC Via De Gasperi – Seveso</w:t>
        <w:br/>
      </w:r>
      <w:r>
        <w:rPr>
          <w:rFonts w:ascii="Calibri" w:hAnsi="Calibri"/>
          <w:b/>
          <w:sz w:val="22"/>
        </w:rPr>
        <w:t>Dott. Giuseppe Vella</w:t>
      </w:r>
    </w:p>
    <w:p>
      <w:pPr>
        <w:spacing w:after="240"/>
      </w:pPr>
      <w:r>
        <w:rPr>
          <w:b/>
          <w:sz w:val="24"/>
        </w:rPr>
        <w:t>Oggetto: Interdizione per gravi complicazioni della gestazione</w:t>
      </w:r>
    </w:p>
    <w:p>
      <w:pPr>
        <w:spacing w:after="240"/>
      </w:pPr>
      <w:r>
        <w:t>La sottoscritta _______________________________, nata il ________________,</w:t>
        <w:br/>
        <w:t>a __________________________, residente in ____________________________,</w:t>
        <w:br/>
        <w:t>Via _______________________________________________________, n _____,</w:t>
        <w:br/>
        <w:t>Cap ____________ prov. ___________, assunta a tempo determinato in qualità di __________________________________________________________________</w:t>
        <w:br/>
        <w:t>In servizio presso_______I.C.S. di “VIA DE GASPERI” – SEVESO (MB)______</w:t>
        <w:br/>
      </w:r>
    </w:p>
    <w:p>
      <w:pPr>
        <w:spacing w:after="120"/>
      </w:pPr>
      <w:r>
        <w:rPr>
          <w:b/>
        </w:rPr>
        <w:t>CHIEDE</w:t>
      </w:r>
    </w:p>
    <w:p>
      <w:pPr>
        <w:spacing w:after="360"/>
      </w:pPr>
      <w:r>
        <w:t>Di poter usufruire dell’interdizione dal lavoro per gravi complicanze della gestazione, prevista dall’art. 17 del D.L. 26 marzo 2001, n. 151, a decorrere</w:t>
        <w:br/>
        <w:t>dal _______________ al _______________</w:t>
        <w:br/>
        <w:br/>
        <w:t>A tal fine allega:</w:t>
        <w:br/>
        <w:t>- copia del certificato medico attestante le gravi complicanze della gestazione e il periodo di astensione dal lavoro;</w:t>
        <w:br/>
        <w:t>Si impegna altresì a consegnare l’autorizzazione all’astensione dal lavoro, rilasciata dalla ASL di competenza, come da nuove disposizioni di legge.</w:t>
        <w:br/>
      </w:r>
    </w:p>
    <w:p>
      <w:pPr>
        <w:spacing w:after="480"/>
      </w:pPr>
      <w:r>
        <w:t>Lì, _______________                                FIRMA __________________________</w:t>
      </w:r>
    </w:p>
    <w:p>
      <w:r>
        <w:rPr>
          <w:b/>
        </w:rPr>
        <w:t>Visto: Il Dirigente Scolastico</w:t>
        <w:br/>
      </w:r>
      <w:r>
        <w:rPr>
          <w:b/>
        </w:rPr>
        <w:t>Dott. GIUSEPPE VELLA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