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right"/>
      </w:pPr>
      <w:r>
        <w:rPr>
          <w:b/>
          <w:sz w:val="20"/>
        </w:rPr>
        <w:t>Al Dirigente Scolastico IC Via De Gasperi – Seveso</w:t>
        <w:br/>
        <w:t>Dott. Giuseppe Vella</w:t>
      </w:r>
    </w:p>
    <w:p>
      <w:pPr>
        <w:spacing w:after="240"/>
        <w:jc w:val="center"/>
      </w:pPr>
      <w:r>
        <w:rPr>
          <w:b/>
          <w:sz w:val="24"/>
        </w:rPr>
        <w:t>OGGETTO: Comunicazione assenza per terapia</w:t>
      </w:r>
    </w:p>
    <w:p>
      <w:pPr>
        <w:spacing w:after="120"/>
      </w:pPr>
      <w:r>
        <w:rPr>
          <w:b w:val="0"/>
          <w:sz w:val="22"/>
        </w:rPr>
        <w:t>Il/la sottoscritto/a ________________________________________ in servizio presso l’Istituto Comprensivo Statale Via De Gasperi Seveso, in posizione di ____________________ comunica che sarà assente per malattia dal _______________ al _______________.</w:t>
      </w:r>
    </w:p>
    <w:p>
      <w:pPr>
        <w:spacing w:after="120"/>
      </w:pPr>
      <w:r>
        <w:rPr>
          <w:b w:val="0"/>
          <w:sz w:val="22"/>
        </w:rPr>
        <w:t>Allega:</w:t>
        <w:br/>
        <w:t>[  ] Certificato medico</w:t>
        <w:br/>
        <w:t>[  ] Visita specialistica</w:t>
        <w:br/>
        <w:t>[  ] Certificato di ricovero ospedaliero</w:t>
      </w:r>
    </w:p>
    <w:p>
      <w:pPr>
        <w:spacing w:after="120"/>
      </w:pPr>
      <w:r>
        <w:rPr>
          <w:b w:val="0"/>
          <w:sz w:val="22"/>
        </w:rPr>
        <w:t>Comunica, ai fini del controllo della malattia, che durante il periodo dell’assenza sarà reperibile al seguente indirizzo:</w:t>
        <w:br/>
        <w:t>Via/piazza ________________________________________ n. _____ Telefono ____________________ C.A.P. _________ Città ____________________</w:t>
      </w:r>
    </w:p>
    <w:p>
      <w:pPr>
        <w:spacing w:after="120"/>
      </w:pPr>
      <w:r>
        <w:rPr>
          <w:b w:val="0"/>
          <w:sz w:val="22"/>
        </w:rPr>
        <w:br/>
        <w:t>SEVESO, ____________________</w:t>
        <w:tab/>
        <w:tab/>
        <w:t>FIRMA: ____________________</w:t>
      </w:r>
    </w:p>
    <w:p>
      <w:pPr>
        <w:spacing w:after="120"/>
      </w:pPr>
      <w:r>
        <w:rPr>
          <w:b/>
          <w:sz w:val="22"/>
        </w:rPr>
        <w:br/>
        <w:t>VISTO: IL DIRIGENTE SCOLASTICO</w:t>
        <w:br/>
        <w:t>DOTT. GIUSEPPE VELLA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