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/>
          <w:sz w:val="20"/>
        </w:rPr>
        <w:t>Al Dirigente Scolastico IC Via De Gasperi – Seveso</w:t>
        <w:br/>
        <w:t>Dott. Giuseppe Vella</w:t>
      </w:r>
    </w:p>
    <w:p>
      <w:pPr>
        <w:spacing w:after="240"/>
        <w:jc w:val="center"/>
      </w:pPr>
      <w:r>
        <w:rPr>
          <w:b/>
          <w:sz w:val="24"/>
        </w:rPr>
        <w:t>OGGETTO: Aspettativa per ricongiungimento al coniuge all’estero</w:t>
      </w:r>
    </w:p>
    <w:p>
      <w:pPr>
        <w:spacing w:after="120"/>
      </w:pPr>
      <w:r>
        <w:rPr>
          <w:b w:val="0"/>
          <w:sz w:val="22"/>
        </w:rPr>
        <w:t>Il/la sottoscritto/a ____________________, nato/a il _______________, a _______________, residente in _______________, via _______________, n _____, CAP _______ prov. _____, assunto/a a tempo indeterminato in qualità di ____________________ in servizio presso ____________________</w:t>
      </w:r>
    </w:p>
    <w:p>
      <w:pPr>
        <w:spacing w:after="240"/>
        <w:jc w:val="center"/>
      </w:pPr>
      <w:r>
        <w:rPr>
          <w:b/>
          <w:sz w:val="24"/>
        </w:rPr>
        <w:t>CHIEDE</w:t>
      </w:r>
    </w:p>
    <w:p>
      <w:pPr>
        <w:spacing w:after="120"/>
      </w:pPr>
      <w:r>
        <w:rPr>
          <w:b w:val="0"/>
          <w:sz w:val="22"/>
        </w:rPr>
        <w:t>ai sensi dell’art. n. 21, comma 8, del CCNL SCUOLA 1994/97 e della Legge 11.02.1980 n.26 e Legge 25.06.1985 n. 333 di usufruire di un periodo di aspettativa per ricongiungimento del coniuge in servizio all’estero dal _______________ al _______________ compresi.</w:t>
      </w:r>
    </w:p>
    <w:p>
      <w:pPr>
        <w:spacing w:after="240"/>
        <w:jc w:val="center"/>
      </w:pPr>
      <w:r>
        <w:rPr>
          <w:b/>
          <w:sz w:val="24"/>
        </w:rPr>
        <w:t>A TAL FINE DICHIARA</w:t>
      </w:r>
    </w:p>
    <w:p>
      <w:pPr>
        <w:spacing w:after="120"/>
      </w:pPr>
      <w:r>
        <w:rPr>
          <w:b w:val="0"/>
          <w:sz w:val="22"/>
        </w:rPr>
        <w:t>che il proprio nucleo famigliare è così composto: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rPr>
                <w:b/>
              </w:rPr>
              <w:t>Cognome</w:t>
            </w:r>
          </w:p>
        </w:tc>
        <w:tc>
          <w:tcPr>
            <w:tcW w:type="dxa" w:w="1872"/>
          </w:tcPr>
          <w:p>
            <w:r>
              <w:rPr>
                <w:b/>
              </w:rPr>
              <w:t>Nome</w:t>
            </w:r>
          </w:p>
        </w:tc>
        <w:tc>
          <w:tcPr>
            <w:tcW w:type="dxa" w:w="1872"/>
          </w:tcPr>
          <w:p>
            <w:r>
              <w:rPr>
                <w:b/>
              </w:rPr>
              <w:t>Comune nascita</w:t>
            </w:r>
          </w:p>
        </w:tc>
        <w:tc>
          <w:tcPr>
            <w:tcW w:type="dxa" w:w="1872"/>
          </w:tcPr>
          <w:p>
            <w:r>
              <w:rPr>
                <w:b/>
              </w:rPr>
              <w:t>Data nascita</w:t>
            </w:r>
          </w:p>
        </w:tc>
        <w:tc>
          <w:tcPr>
            <w:tcW w:type="dxa" w:w="1872"/>
          </w:tcPr>
          <w:p>
            <w:r>
              <w:rPr>
                <w:b/>
              </w:rPr>
              <w:t>Grado parentela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spacing w:after="120"/>
      </w:pPr>
      <w:r>
        <w:rPr>
          <w:b w:val="0"/>
          <w:sz w:val="22"/>
        </w:rPr>
        <w:br/>
        <w:t>che il coniuge dello scrivente è impiegato presso ____________________ in qualità di ____________________ nello stato di ____________________.</w:t>
      </w:r>
    </w:p>
    <w:p>
      <w:pPr>
        <w:spacing w:after="120"/>
      </w:pPr>
      <w:r>
        <w:rPr>
          <w:b w:val="0"/>
          <w:sz w:val="22"/>
        </w:rPr>
        <w:t>In caso di diniego a fruirne, ovvero di differimento dell’inizio dell’aspettativa o diminuzione della durata, i motivi di servizio ostativi devono essere comunicati per iscritto allo/a scrivente ai sensi degli artt. 2 e 3 della Legge 241/90.</w:t>
      </w:r>
    </w:p>
    <w:p>
      <w:pPr>
        <w:spacing w:after="120"/>
      </w:pPr>
      <w:r>
        <w:rPr>
          <w:b w:val="0"/>
          <w:sz w:val="22"/>
        </w:rPr>
        <w:t>ALLEGA dichiarazione Ente o Organo presso cui il coniuge lavora vidimata dal competente consolato; Stato di famiglia.</w:t>
      </w:r>
    </w:p>
    <w:p>
      <w:pPr>
        <w:spacing w:after="120"/>
      </w:pPr>
      <w:r>
        <w:rPr>
          <w:b w:val="0"/>
          <w:sz w:val="22"/>
        </w:rPr>
        <w:br/>
        <w:t>Lì, ____________________</w:t>
        <w:tab/>
        <w:tab/>
        <w:t>FIRMA: ____________________</w:t>
      </w:r>
    </w:p>
    <w:p>
      <w:pPr>
        <w:spacing w:after="120"/>
      </w:pPr>
      <w:r>
        <w:rPr>
          <w:b/>
          <w:sz w:val="22"/>
        </w:rPr>
        <w:br/>
        <w:t>Visto: Il Dirigente Scolastico</w:t>
        <w:br/>
        <w:t>Dott. Giuseppe Vella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